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Domain Registration &amp; Linux Cloud Web Hosting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Domain Registration Pricing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Domain Extension (TLD)</w:t>
            </w:r>
          </w:p>
        </w:tc>
        <w:tc>
          <w:tcPr>
            <w:tcW w:type="dxa" w:w="3312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Registration Period</w:t>
            </w:r>
          </w:p>
        </w:tc>
        <w:tc>
          <w:tcPr>
            <w:tcW w:type="dxa" w:w="3312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Yearly Renewal (BDT)</w:t>
            </w:r>
          </w:p>
        </w:tc>
      </w:tr>
      <w:tr>
        <w:tc>
          <w:tcPr>
            <w:tcW w:type="dxa" w:w="3312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.com / .net / .org / .info</w:t>
            </w:r>
          </w:p>
        </w:tc>
        <w:tc>
          <w:tcPr>
            <w:tcW w:type="dxa" w:w="3312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 Year</w:t>
            </w:r>
          </w:p>
        </w:tc>
        <w:tc>
          <w:tcPr>
            <w:tcW w:type="dxa" w:w="3312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1,500</w:t>
            </w:r>
          </w:p>
        </w:tc>
      </w:tr>
      <w:tr>
        <w:tc>
          <w:tcPr>
            <w:tcW w:type="dxa" w:w="3312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.xyz / .biz / .us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 Year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1,200</w:t>
            </w:r>
          </w:p>
        </w:tc>
      </w:tr>
      <w:tr>
        <w:tc>
          <w:tcPr>
            <w:tcW w:type="dxa" w:w="3312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.com.bd / .edu.bd / .gov.bd</w:t>
            </w:r>
          </w:p>
        </w:tc>
        <w:tc>
          <w:tcPr>
            <w:tcW w:type="dxa" w:w="3312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2 Years</w:t>
            </w:r>
          </w:p>
        </w:tc>
        <w:tc>
          <w:tcPr>
            <w:tcW w:type="dxa" w:w="3312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3,500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High-Speed Linux Shared Web Hosting Plans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Plan Name</w:t>
            </w:r>
          </w:p>
        </w:tc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SSD Storage</w:t>
            </w:r>
          </w:p>
        </w:tc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Bandwidth</w:t>
            </w:r>
          </w:p>
        </w:tc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Email Accounts</w:t>
            </w:r>
          </w:p>
        </w:tc>
        <w:tc>
          <w:tcPr>
            <w:tcW w:type="dxa" w:w="1987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Yearly Price (BDT)</w:t>
            </w:r>
          </w:p>
        </w:tc>
      </w:tr>
      <w:tr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Economy Host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 GB NVMe SSD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20 GB Traffic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 Accounts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2,000</w:t>
            </w:r>
          </w:p>
        </w:tc>
      </w:tr>
      <w:tr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Standard Host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2 GB NVMe SSD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50 GB Traffic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25 Accounts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3,500</w:t>
            </w:r>
          </w:p>
        </w:tc>
      </w:tr>
      <w:tr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Business Host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 GB NVMe SSD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100 GB Traffic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50 Accounts</w:t>
            </w:r>
          </w:p>
        </w:tc>
        <w:tc>
          <w:tcPr>
            <w:tcW w:type="dxa" w:w="1987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6,000</w:t>
            </w:r>
          </w:p>
        </w:tc>
      </w:tr>
      <w:tr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Corporate Host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 GB NVMe SSD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 Traffic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 Accounts</w:t>
            </w:r>
          </w:p>
        </w:tc>
        <w:tc>
          <w:tcPr>
            <w:tcW w:type="dxa" w:w="198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10,000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