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color w:val="1E3A8A"/>
          <w:sz w:val="44"/>
        </w:rPr>
        <w:t>Binary Source</w:t>
        <w:br/>
      </w:r>
      <w:r>
        <w:rPr>
          <w:rFonts w:ascii="Arial" w:hAnsi="Arial"/>
          <w:b/>
          <w:color w:val="0D9488"/>
          <w:sz w:val="30"/>
        </w:rPr>
        <w:t>TECHNICAL &amp; FINANCIAL PROPOSAL</w:t>
        <w:br/>
      </w:r>
      <w:r>
        <w:rPr>
          <w:rFonts w:ascii="Arial" w:hAnsi="Arial"/>
          <w:i/>
          <w:color w:val="1F2937"/>
          <w:sz w:val="21"/>
        </w:rPr>
        <w:t>E-Commerce Website &amp; Online Shopping Platform</w:t>
        <w:br/>
      </w:r>
    </w:p>
    <w:p>
      <w:pPr>
        <w:spacing w:after="160"/>
      </w:pP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Binary Source at a Glance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Company Name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Binary Source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Business Function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Software Development, Web Design &amp; Hosting, E-Commerce, POS Systems, Digital Marketing (SMS, Email, SEO, Social Media)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Corporate Office Address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House # 24(4th Floor), Road # 02, Sector # 03, Uttara C/A, Dhaka-1230, Bangladesh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Cell Phone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01678785000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IP Phone / Hotline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09649-495000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Email Address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info@binarysource.net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Official Website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www.binarysource.net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Year Established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2008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Association Membership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Registered IT &amp; Software Services Provider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Bank Information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Bank: BRAC Bank PLC | A/C Name: Binary Source | A/C No: 1510203068349001 | SWIFT: BRAKBDDH</w:t>
            </w:r>
          </w:p>
        </w:tc>
      </w:tr>
    </w:tbl>
    <w:p>
      <w:pPr>
        <w:spacing w:after="120"/>
      </w:pP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1. Platform Overview &amp; Features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Product Management: </w:t>
      </w:r>
      <w:r>
        <w:rPr>
          <w:rFonts w:ascii="Arial" w:hAnsi="Arial"/>
          <w:color w:val="1F2937"/>
          <w:sz w:val="20"/>
        </w:rPr>
        <w:t>Modern catalog with search, filters, category trees, and zoom view.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Payment Gateways: </w:t>
      </w:r>
      <w:r>
        <w:rPr>
          <w:rFonts w:ascii="Arial" w:hAnsi="Arial"/>
          <w:color w:val="1F2937"/>
          <w:sz w:val="20"/>
        </w:rPr>
        <w:t>Integrated bKash, Nagad, Rocket, Credit/Debit Cards, and Cash on Delivery.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Order &amp; Inventory: </w:t>
      </w:r>
      <w:r>
        <w:rPr>
          <w:rFonts w:ascii="Arial" w:hAnsi="Arial"/>
          <w:color w:val="1F2937"/>
          <w:sz w:val="20"/>
        </w:rPr>
        <w:t>Real-time stock tracking, low stock alerts, and automated invoices.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Mobile Optimized: </w:t>
      </w:r>
      <w:r>
        <w:rPr>
          <w:rFonts w:ascii="Arial" w:hAnsi="Arial"/>
          <w:color w:val="1F2937"/>
          <w:sz w:val="20"/>
        </w:rPr>
        <w:t>100% mobile-friendly responsive layout for smartphones &amp; tablets.</w:t>
      </w: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2. E-Commerce Packages &amp; Pricing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Package Tier</w:t>
            </w:r>
          </w:p>
        </w:tc>
        <w:tc>
          <w:tcPr>
            <w:tcW w:type="dxa" w:w="2484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Features &amp; Specifications</w:t>
            </w:r>
          </w:p>
        </w:tc>
        <w:tc>
          <w:tcPr>
            <w:tcW w:type="dxa" w:w="2484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Delivery Time</w:t>
            </w:r>
          </w:p>
        </w:tc>
        <w:tc>
          <w:tcPr>
            <w:tcW w:type="dxa" w:w="2484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Price (BDT)</w:t>
            </w:r>
          </w:p>
        </w:tc>
      </w:tr>
      <w:tr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Startup E-Commerce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Up to 100 Products, Payment Gateway, Basic Reports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7 Working Days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35,000</w:t>
            </w:r>
          </w:p>
        </w:tc>
      </w:tr>
      <w:tr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Advanced Business E-Commerce</w:t>
            </w:r>
          </w:p>
        </w:tc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Unlimited Products, Coupon Engine, Inventory Sync, SMS Alerts</w:t>
            </w:r>
          </w:p>
        </w:tc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15 Working Days</w:t>
            </w:r>
          </w:p>
        </w:tc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60,000</w:t>
            </w:r>
          </w:p>
        </w:tc>
      </w:tr>
      <w:tr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Enterprise Multi-Vendor Marketplace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Vendor Dashboards, Commission Control, Custom Mobile App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30 Working Days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1,20,000+</w:t>
            </w:r>
          </w:p>
        </w:tc>
      </w:tr>
    </w:tbl>
    <w:p>
      <w:pPr>
        <w:spacing w:after="120"/>
      </w:pP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Payment Terms &amp; Conditions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Payment Structure: </w:t>
      </w:r>
      <w:r>
        <w:rPr>
          <w:rFonts w:ascii="Arial" w:hAnsi="Arial"/>
          <w:color w:val="1F2937"/>
          <w:sz w:val="20"/>
        </w:rPr>
        <w:t>50% advance payment required upon signing work order.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Final Settlement: </w:t>
      </w:r>
      <w:r>
        <w:rPr>
          <w:rFonts w:ascii="Arial" w:hAnsi="Arial"/>
          <w:color w:val="1F2937"/>
          <w:sz w:val="20"/>
        </w:rPr>
        <w:t>50% due payment upon full project demonstration &amp; delivery.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Bank Account: </w:t>
      </w:r>
      <w:r>
        <w:rPr>
          <w:rFonts w:ascii="Arial" w:hAnsi="Arial"/>
          <w:color w:val="1F2937"/>
          <w:sz w:val="20"/>
        </w:rPr>
        <w:t>All payments / checks / transfers must be made to 'Binary Source' (BRAC Bank PLC A/C: 1510203068349001, SWIFT: BRAKBDDH).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Content Delivery: </w:t>
      </w:r>
      <w:r>
        <w:rPr>
          <w:rFonts w:ascii="Arial" w:hAnsi="Arial"/>
          <w:color w:val="1F2937"/>
          <w:sz w:val="20"/>
        </w:rPr>
        <w:t>Clients are requested to provide all necessary text, logos, and media content within 15 days of project initiation.</w:t>
      </w: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Authorization &amp; Acceptance</w:t>
      </w:r>
    </w:p>
    <w:p>
      <w:pPr>
        <w:spacing w:before="320" w:after="80"/>
      </w:pPr>
      <w:r>
        <w:rPr>
          <w:rFonts w:ascii="Arial" w:hAnsi="Arial"/>
          <w:color w:val="1F2937"/>
          <w:sz w:val="19"/>
        </w:rPr>
        <w:t>Prepared By:</w:t>
        <w:br/>
        <w:t>Operations &amp; Business Development Team</w:t>
        <w:br/>
        <w:t>Binary Source</w:t>
        <w:br/>
        <w:t>Cell: 01678785000 | IP Phone: 09649-495000</w:t>
        <w:br/>
        <w:t>Email: info@binarysource.net | Website: www.binarysource.net</w:t>
        <w:br/>
        <w:t>Address: House # 24(4th Floor), Road # 02, Sector # 03, Uttara C/A, Dhaka-1230, Bangladesh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4748B"/>
        <w:sz w:val="17"/>
      </w:rPr>
      <w:t>Binary Source | Email: info@binarysource.net | Cell: 01678785000 | IP Phone: 09649-495000</w:t>
      <w:br/>
      <w:t>Address: House # 24(4th Floor), Road # 02, Sector # 03, Uttara C/A, Dhaka-1230, Bangladesh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